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80" w:lineRule="exact"/>
        <w:snapToGrid w:val="0"/>
      </w:pPr>
      <w:r>
        <w:t>ChatGPTへの指示</w:t>
      </w:r>
    </w:p>
    <w:p>
      <w:pPr>
        <w:spacing w:line="280" w:lineRule="exact"/>
        <w:snapToGrid w:val="0"/>
      </w:pPr>
      <w:r>
        <w:t>この資料は、医療英語7例文を使う受付のロールプレイ教材です。ユーザーが医療者、あなたが患者です。練習するシーンは一つだけです。</w:t>
      </w:r>
    </w:p>
    <w:p>
      <w:pPr>
        <w:spacing w:line="280" w:lineRule="exact"/>
        <w:snapToGrid w:val="0"/>
      </w:pPr>
      <w:r>
        <w:t>・ユーザーが音声で「ロールプレイを始めて」と言ったら、下の会話表で練習を始めてください。追加の文字入力や、場面・役の選択は求めないでください。</w:t>
      </w:r>
    </w:p>
    <w:p>
      <w:pPr>
        <w:spacing w:line="280" w:lineRule="exact"/>
        <w:snapToGrid w:val="0"/>
      </w:pPr>
      <w:r>
        <w:t>・開始時は日本語で「あなたから Good morning. と話しかけてください」と一度だけ案内し、ユーザーの発話を待ってください。</w:t>
      </w:r>
    </w:p>
    <w:p>
      <w:pPr>
        <w:spacing w:line="280" w:lineRule="exact"/>
        <w:snapToGrid w:val="0"/>
      </w:pPr>
      <w:r>
        <w:t>・あなたは患者の英文だけを一回に一つ話し、ユーザーの返答を待ってください。医療者の台詞を代わりに話さないでください。カタカナと日本語訳は読み上げないでください。</w:t>
      </w:r>
    </w:p>
    <w:p>
      <w:pPr>
        <w:spacing w:line="280" w:lineRule="exact"/>
        <w:snapToGrid w:val="0"/>
      </w:pPr>
      <w:r>
        <w:t>・会話表を基本に進めてください。ユーザーの表現が多少違っても、意味が通じれば会話を続けてください。途中の解説・評価・励ましは、求められない限り省いてください。</w:t>
      </w:r>
    </w:p>
    <w:p>
      <w:pPr>
        <w:spacing w:line="280" w:lineRule="exact"/>
        <w:snapToGrid w:val="0"/>
      </w:pPr>
      <w:r>
        <w:t>・ユーザーが「もう一度」と言ったら、直前の患者の英文をゆっくり繰り返してください。「ヒント」と言った場合だけ、次の医療者の英文を教えてください。質問や操作の説明には日本語で答えてください。</w:t>
      </w:r>
    </w:p>
    <w:p>
      <w:pPr>
        <w:spacing w:line="280" w:lineRule="exact"/>
        <w:snapToGrid w:val="0"/>
      </w:pPr>
      <w:r>
        <w:t>・最後の患者の Thank you. まで進んだら、そのまま終了してください。「もう一度最初から」と言われたら同じシーンを再開し、新しいシーンは追加しないでください。</w:t>
      </w:r>
    </w:p>
    <w:p>
      <w:pPr>
        <w:spacing w:line="280" w:lineRule="exact"/>
        <w:snapToGrid w:val="0"/>
      </w:pPr>
      <w:r>
        <w:t>・ユーザーが「リピート練習を始めて」と明示した場合だけ、7例文を一文ずつ英語で読み、ユーザーがまねして言い終わるまで待ってください。ロールプレイと混同しないでください。</w:t>
      </w:r>
    </w:p>
    <w:p>
      <w:pPr>
        <w:pStyle w:val="Heading1"/>
        <w:spacing w:line="280" w:lineRule="exact"/>
        <w:snapToGrid w:val="0"/>
      </w:pPr>
      <w:r>
        <w:t>使い方</w:t>
      </w:r>
    </w:p>
    <w:p>
      <w:pPr>
        <w:spacing w:line="280" w:lineRule="exact"/>
        <w:snapToGrid w:val="0"/>
      </w:pPr>
      <w:r>
        <w:t>① この資料をChatGPTに添付します。</w:t>
        <w:br/>
        <w:t>② 音声会話を始め、「ロールプレイを始めて」と話します。</w:t>
        <w:br/>
        <w:t>③ 案内を聞いたら、あなたから “Good morning.” と話しかけます。</w:t>
      </w:r>
    </w:p>
    <w:p>
      <w:pPr>
        <w:spacing w:line="280" w:lineRule="exact"/>
        <w:snapToGrid w:val="0"/>
      </w:pPr>
      <w:r>
        <w:t>練習を始めるための指示は資料に入っています。文字で指示を書き足す必要はありません。</w:t>
      </w:r>
    </w:p>
    <w:p>
      <w:pPr>
        <w:spacing w:line="280" w:lineRule="exact"/>
        <w:snapToGrid w:val="0"/>
      </w:pPr>
      <w:r>
        <w:t>Oba Medical Support  |  Your Neighbor in Healthcare</w:t>
      </w:r>
    </w:p>
    <w:p>
      <w:pPr>
        <w:spacing w:line="280" w:lineRule="exact"/>
        <w:snapToGrid w:val="0"/>
      </w:pPr>
      <w:r>
        <w:br w:type="page"/>
      </w:r>
    </w:p>
    <w:p>
      <w:pPr>
        <w:pStyle w:val="Title"/>
        <w:spacing w:line="280" w:lineRule="exact"/>
        <w:snapToGrid w:val="0"/>
      </w:pPr>
      <w:r>
        <w:t>教材を渡して見ながら練習する</w:t>
      </w:r>
    </w:p>
    <w:p>
      <w:pPr>
        <w:pStyle w:val="Heading1"/>
        <w:spacing w:line="280" w:lineRule="exact"/>
        <w:snapToGrid w:val="0"/>
      </w:pPr>
      <w:r>
        <w:t>教材をChatGPTに渡す</w:t>
      </w:r>
    </w:p>
    <w:p>
      <w:pPr>
        <w:spacing w:line="280" w:lineRule="exact"/>
        <w:snapToGrid w:val="0"/>
      </w:pPr>
      <w:r>
        <w:t>Word資料をダウンロードする場合の手順です。スマートフォンの画面表示は、端末やアプリのバージョンで異なります。</w:t>
      </w:r>
    </w:p>
    <w:p>
      <w:pPr>
        <w:spacing w:line="280" w:lineRule="exact"/>
        <w:snapToGrid w:val="0"/>
      </w:pPr>
      <w:r>
        <w:t>1．OMSサイトの教材ダウンロードを押します。</w:t>
      </w:r>
    </w:p>
    <w:p>
      <w:pPr>
        <w:spacing w:line="280" w:lineRule="exact"/>
        <w:snapToGrid w:val="0"/>
      </w:pPr>
      <w:r>
        <w:t>2．共有ボタンから「ファイルに保存」を選び、保存先を確認します。Androidでは「ダウンロード」などに保存されます。</w:t>
      </w:r>
    </w:p>
    <w:p>
      <w:pPr>
        <w:spacing w:line="280" w:lineRule="exact"/>
        <w:snapToGrid w:val="0"/>
      </w:pPr>
      <w:r>
        <w:t>3．ChatGPTアプリで新しいチャットを開きます。</w:t>
      </w:r>
    </w:p>
    <w:p>
      <w:pPr>
        <w:spacing w:line="280" w:lineRule="exact"/>
        <w:snapToGrid w:val="0"/>
      </w:pPr>
      <w:r>
        <w:t>4．入力欄の「＋」から「ファイル」「ファイルを追加」などを選びます。</w:t>
      </w:r>
    </w:p>
    <w:p>
      <w:pPr>
        <w:spacing w:line="280" w:lineRule="exact"/>
        <w:snapToGrid w:val="0"/>
      </w:pPr>
      <w:r>
        <w:t>5．保存した「OMS_医療英語_7例文_ロールプレイ.docx」を選び、添付の完了を待ちます。送信ボタンが表示された場合は押します。</w:t>
      </w:r>
    </w:p>
    <w:p>
      <w:pPr>
        <w:spacing w:line="280" w:lineRule="exact"/>
        <w:snapToGrid w:val="0"/>
      </w:pPr>
      <w:r>
        <w:t>6．同じチャットの音声会話アイコンを押し、「ロールプレイを始めて」と話します。</w:t>
      </w:r>
    </w:p>
    <w:p>
      <w:pPr>
        <w:spacing w:line="280" w:lineRule="exact"/>
        <w:snapToGrid w:val="0"/>
      </w:pPr>
      <w:r>
        <w:t>Googleドキュメントで開いた場合：右上の「…」→「共有とエクスポート」→「コピーを送信」。Word（.docx）を選べる場合は選択します。共有先に「ChatGPTに聞く」またはChatGPTがあれば選択し、教材が添付されたことを確認します。なければ「ファイルに保存」し、上の3〜6へ進みます。</w:t>
      </w:r>
    </w:p>
    <w:p>
      <w:pPr>
        <w:pStyle w:val="Heading1"/>
        <w:spacing w:line="280" w:lineRule="exact"/>
        <w:snapToGrid w:val="0"/>
      </w:pPr>
      <w:r>
        <w:t>基本 印刷して見ながら話す</w:t>
      </w:r>
    </w:p>
    <w:p>
      <w:pPr>
        <w:spacing w:line="280" w:lineRule="exact"/>
        <w:snapToGrid w:val="0"/>
      </w:pPr>
      <w:r>
        <w:t>7例文の表がある3ページ目だけを印刷し、手元に置いて練習します。次の一言に迷ったときは、音声で「ヒント」と頼みます。ChatGPTが次の医療者の英文を教えるよう設定しています。</w:t>
      </w:r>
    </w:p>
    <w:p>
      <w:pPr>
        <w:pStyle w:val="Heading1"/>
        <w:spacing w:line="280" w:lineRule="exact"/>
        <w:snapToGrid w:val="0"/>
      </w:pPr>
      <w:r>
        <w:t>スマホ1台ならスクリーンショット</w:t>
      </w:r>
    </w:p>
    <w:p>
      <w:pPr>
        <w:spacing w:line="280" w:lineRule="exact"/>
        <w:snapToGrid w:val="0"/>
      </w:pPr>
      <w:r>
        <w:t>① 7例文の表をスクリーンショットで保存します。入りきらなければ2枚に分けます。</w:t>
        <w:br/>
        <w:t>② ChatGPTの「設定」→「音声」→「バックグラウンド会話」をオンにします。</w:t>
        <w:br/>
        <w:t>③ 教材を添付したチャットで音声会話を始めます。</w:t>
        <w:br/>
        <w:t>④ 会話を終了せずに「写真」などへ切り替え、スクリーンショットを見ながら話します。</w:t>
        <w:br/>
        <w:t>⑤ 終わったらChatGPTに戻り、音声会話を終了します。</w:t>
      </w:r>
    </w:p>
    <w:p>
      <w:pPr>
        <w:spacing w:line="280" w:lineRule="exact"/>
        <w:snapToGrid w:val="0"/>
      </w:pPr>
      <w:r>
        <w:t>ChatGPTアプリを強制終了しないでください。画面共有を始める必要はありません。設定項目の名称や位置はアプリのバージョンで異なる場合があります。</w:t>
      </w:r>
    </w:p>
    <w:p>
      <w:pPr>
        <w:spacing w:line="280" w:lineRule="exact"/>
        <w:snapToGrid w:val="0"/>
      </w:pPr>
      <w:r>
        <w:t>設定の参考：OpenAI「ChatGPT 音声モード」</w:t>
        <w:br/>
        <w:t>https://help.openai.com/ja-jp/articles/20001274-chatgpt-voice</w:t>
      </w:r>
    </w:p>
    <w:p>
      <w:pPr>
        <w:spacing w:line="280" w:lineRule="exact"/>
        <w:snapToGrid w:val="0"/>
      </w:pPr>
      <w:r>
        <w:br w:type="page"/>
      </w:r>
    </w:p>
    <w:p>
      <w:pPr>
        <w:pStyle w:val="Title"/>
        <w:spacing w:line="280" w:lineRule="exact"/>
        <w:snapToGrid w:val="0"/>
      </w:pPr>
      <w:r>
        <w:t>受付で使う7例文</w:t>
      </w:r>
    </w:p>
    <w:p>
      <w:pPr>
        <w:spacing w:line="280" w:lineRule="exact"/>
        <w:snapToGrid w:val="0"/>
      </w:pPr>
      <w:r>
        <w:t>OMSの30例文から、受付と案内で使う7文だけを選びました。覚える前に、資料を見ながら話して大丈夫です。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3288"/>
        <w:gridCol w:w="2721"/>
      </w:tblGrid>
      <w:tr>
        <w:trPr>
          <w:cantSplit/>
          <w:tblHeader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  <w:shd w:fill="DCEEF7"/>
          </w:tcPr>
          <w:p>
            <w:pPr>
              <w:spacing w:after="0" w:line="280" w:lineRule="exact"/>
              <w:snapToGrid w:val="0"/>
            </w:pPr>
            <w:r>
              <w:rPr>
                <w:b/>
                <w:sz w:val="20"/>
              </w:rPr>
              <w:t>English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  <w:shd w:fill="DCEEF7"/>
          </w:tcPr>
          <w:p>
            <w:pPr>
              <w:spacing w:after="0" w:line="280" w:lineRule="exact"/>
              <w:snapToGrid w:val="0"/>
            </w:pPr>
            <w:r>
              <w:rPr>
                <w:b/>
                <w:sz w:val="20"/>
              </w:rPr>
              <w:t>カタカナ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  <w:shd w:fill="DCEEF7"/>
          </w:tcPr>
          <w:p>
            <w:pPr>
              <w:spacing w:after="0" w:line="280" w:lineRule="exact"/>
              <w:snapToGrid w:val="0"/>
            </w:pPr>
            <w:r>
              <w:rPr>
                <w:b/>
                <w:sz w:val="20"/>
              </w:rPr>
              <w:t>日本語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Good morning.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グッド モーニング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おはようございます。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How can I help you?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ハウ キャナイ ヘルプ ユー？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今日はどうされましたか？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May I have your name, please?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メイ アイ ハヴ ユア ネイム、プリーズ？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お名前をお願いします。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Do you have an appointment?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ドゥ ユー ハヴ アン アポイントメント？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予約されていますか？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Please fill out this form.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プリーズ フィル アウト ディス フォーム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この用紙に記入してください。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This way, please.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ディス ウェイ、プリーズ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こちらへどうぞ。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Please have a seat here.</w:t>
            </w:r>
          </w:p>
        </w:tc>
        <w:tc>
          <w:tcPr>
            <w:tcW w:type="dxa" w:w="32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プリーズ ハヴァ スィート ヒア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20"/>
              </w:rPr>
              <w:t>こちらにお掛けください。</w:t>
            </w:r>
          </w:p>
        </w:tc>
      </w:tr>
    </w:tbl>
    <w:p>
      <w:pPr>
        <w:spacing w:line="280" w:lineRule="exact"/>
        <w:snapToGrid w:val="0"/>
      </w:pPr>
      <w:r>
        <w:t>カタカナは発音の目安です。英語の音を正確に表すものではありません。</w:t>
      </w:r>
    </w:p>
    <w:p>
      <w:pPr>
        <w:pStyle w:val="Heading1"/>
        <w:spacing w:line="280" w:lineRule="exact"/>
        <w:snapToGrid w:val="0"/>
      </w:pPr>
      <w:r>
        <w:t>ロールプレイがうまく進まないとき</w:t>
      </w:r>
    </w:p>
    <w:p>
      <w:pPr>
        <w:spacing w:line="280" w:lineRule="exact"/>
        <w:snapToGrid w:val="0"/>
      </w:pPr>
      <w:r>
        <w:t>音声で「私が答えるまで待ってください」「患者の台詞だけ話してください」「今の文をもう一度、ゆっくりお願いします」と伝え直します。</w:t>
      </w:r>
    </w:p>
    <w:p>
      <w:pPr>
        <w:spacing w:line="280" w:lineRule="exact"/>
        <w:snapToGrid w:val="0"/>
      </w:pPr>
      <w:r>
        <w:t>ChatGPTが資料を参照できないときは、添付した資料を使うよう音声で伝えてください。それでも難しい場合は、資料の会話表を見ながら自分で声に出して練習しましょう。指示どおりに進むことは保証されません。</w:t>
      </w:r>
    </w:p>
    <w:p>
      <w:pPr>
        <w:pStyle w:val="Heading1"/>
        <w:spacing w:line="280" w:lineRule="exact"/>
        <w:snapToGrid w:val="0"/>
      </w:pPr>
      <w:r>
        <w:t>任意のリピート練習</w:t>
      </w:r>
    </w:p>
    <w:p>
      <w:pPr>
        <w:spacing w:line="280" w:lineRule="exact"/>
        <w:snapToGrid w:val="0"/>
      </w:pPr>
      <w:r>
        <w:t>リピートもある程度できますが、一文ずつ読み、学習者の発話を待つ進め方が安定しないことがあります。OMSで無料版を試した際には、指示どおりの進行がうまくいきませんでした（2026年10月1日時点の試用結果）。</w:t>
      </w:r>
    </w:p>
    <w:p>
      <w:pPr>
        <w:spacing w:line="280" w:lineRule="exact"/>
        <w:snapToGrid w:val="0"/>
      </w:pPr>
      <w:r>
        <w:t>試す場合は、音声で「リピート練習を始めて」と伝えます。本資料では、ロールプレイを中心に練習します。</w:t>
      </w:r>
    </w:p>
    <w:p>
      <w:pPr>
        <w:spacing w:line="280" w:lineRule="exact"/>
        <w:snapToGrid w:val="0"/>
      </w:pPr>
      <w:r>
        <w:br w:type="page"/>
      </w:r>
    </w:p>
    <w:p>
      <w:pPr>
        <w:pStyle w:val="Title"/>
        <w:spacing w:line="280" w:lineRule="exact"/>
        <w:snapToGrid w:val="0"/>
      </w:pPr>
      <w:r>
        <w:t>受付から待合室への会話</w:t>
      </w:r>
    </w:p>
    <w:p>
      <w:pPr>
        <w:spacing w:line="280" w:lineRule="exact"/>
        <w:snapToGrid w:val="0"/>
      </w:pPr>
      <w:r>
        <w:t>あなた＝医療者　ChatGPT＝患者。患者の返答は練習用の例です。多少違っても、意味が通じれば会話を続けましょう。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3458"/>
        <w:gridCol w:w="3061"/>
        <w:gridCol w:w="2438"/>
      </w:tblGrid>
      <w:tr>
        <w:trPr>
          <w:cantSplit/>
          <w:tblHeader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  <w:shd w:fill="DCEEF7"/>
          </w:tcPr>
          <w:p>
            <w:pPr>
              <w:spacing w:after="0" w:line="280" w:lineRule="exact"/>
              <w:snapToGrid w:val="0"/>
            </w:pPr>
            <w:r>
              <w:rPr>
                <w:b/>
                <w:sz w:val="19"/>
              </w:rPr>
              <w:t>役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  <w:shd w:fill="DCEEF7"/>
          </w:tcPr>
          <w:p>
            <w:pPr>
              <w:spacing w:after="0" w:line="280" w:lineRule="exact"/>
              <w:snapToGrid w:val="0"/>
            </w:pPr>
            <w:r>
              <w:rPr>
                <w:b/>
                <w:sz w:val="19"/>
              </w:rPr>
              <w:t>English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  <w:shd w:fill="DCEEF7"/>
          </w:tcPr>
          <w:p>
            <w:pPr>
              <w:spacing w:after="0" w:line="280" w:lineRule="exact"/>
              <w:snapToGrid w:val="0"/>
            </w:pPr>
            <w:r>
              <w:rPr>
                <w:b/>
                <w:sz w:val="19"/>
              </w:rPr>
              <w:t>カタカナ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  <w:shd w:fill="DCEEF7"/>
          </w:tcPr>
          <w:p>
            <w:pPr>
              <w:spacing w:after="0" w:line="280" w:lineRule="exact"/>
              <w:snapToGrid w:val="0"/>
            </w:pPr>
            <w:r>
              <w:rPr>
                <w:b/>
                <w:sz w:val="19"/>
              </w:rPr>
              <w:t>日本語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医療者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Good morning.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グッド モーニング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おはようございます。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患者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Good morning.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グッド モーニング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おはようございます。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医療者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How can I help you?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ハウ キャナイ ヘルプ ユー？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今日はどうされましたか？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患者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I’m here to see the doctor.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アイム ヒア トゥ スィー ザ ドクター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診察を受けに来ました。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医療者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May I have your name, please?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メイ アイ ハヴ ユア ネイム、プリーズ？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お名前をお願いします。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患者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Alex Brown.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アレックス ブラウン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アレックス・ブラウンです。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医療者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Do you have an appointment?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ドゥ ユー ハヴ アン アポイントメント？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予約されていますか？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患者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Yes, at ten.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イエス、アット テン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はい、10時です。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医療者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Please fill out this form.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プリーズ フィル アウト ディス フォーム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この用紙に記入してください。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患者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Okay.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オウケイ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わかりました。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医療者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This way, please.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ディス ウェイ、プリーズ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こちらへどうぞ。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患者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Okay.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オウケイ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わかりました。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医療者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Please have a seat here.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プリーズ ハヴァ スィート ヒア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こちらにお掛けください。</w:t>
            </w:r>
          </w:p>
        </w:tc>
      </w:tr>
      <w:tr>
        <w:trPr>
          <w:cantSplit/>
        </w:trPr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患者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Thank you.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サンキュー</w:t>
            </w:r>
          </w:p>
        </w:tc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80" w:lineRule="exact"/>
              <w:snapToGrid w:val="0"/>
            </w:pPr>
            <w:r>
              <w:rPr>
                <w:b w:val="0"/>
                <w:sz w:val="19"/>
              </w:rPr>
              <w:t>ありがとうございます。</w:t>
            </w:r>
          </w:p>
        </w:tc>
      </w:tr>
    </w:tbl>
    <w:p>
      <w:pPr>
        <w:spacing w:line="280" w:lineRule="exact"/>
        <w:snapToGrid w:val="0"/>
      </w:pPr>
      <w:r>
        <w:t>練習には架空の患者を使い、実際の患者さんの個人情報を入力しないでください。診療上の重要な説明や同意取得は、施設の方針に沿って医療通訳などを利用してください。</w:t>
      </w:r>
    </w:p>
    <w:p>
      <w:pPr>
        <w:keepLines/>
        <w:spacing w:before="280"/>
      </w:pPr>
      <w:r>
        <w:rPr>
          <w:b/>
          <w:sz w:val="30"/>
        </w:rPr>
        <w:t>では早速やってみましょう！今日の一歩は、“Good morning.” と声に出すことです。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Noto Sans CJK JP" w:hAnsi="Noto Sans CJK JP" w:eastAsia="Noto Sans CJK JP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 Medical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